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 w:line="276" w:lineRule="auto"/>
        <w:jc w:val="left"/>
      </w:pPr>
      <w:r>
        <w:rPr>
          <w:rFonts w:ascii="맑은 고딕" w:hAnsi="맑은 고딕" w:eastAsia="맑은 고딕"/>
          <w:b/>
          <w:i w:val="0"/>
          <w:color w:val="345B4A"/>
          <w:sz w:val="17"/>
        </w:rPr>
        <w:t>건강보험 지도점검 참고서식 · 근로자용</w:t>
      </w:r>
    </w:p>
    <w:p>
      <w:pPr>
        <w:spacing w:before="0" w:after="60" w:line="276" w:lineRule="auto"/>
        <w:jc w:val="left"/>
      </w:pPr>
      <w:r>
        <w:rPr>
          <w:rFonts w:ascii="맑은 고딕" w:hAnsi="맑은 고딕" w:eastAsia="맑은 고딕"/>
          <w:b/>
          <w:i w:val="0"/>
          <w:color w:val="19345C"/>
          <w:sz w:val="44"/>
        </w:rPr>
        <w:t>근로자 사실확인서</w:t>
      </w:r>
    </w:p>
    <w:p>
      <w:pPr>
        <w:spacing w:before="0" w:after="120" w:line="276" w:lineRule="auto"/>
        <w:jc w:val="left"/>
      </w:pPr>
      <w:r>
        <w:rPr>
          <w:rFonts w:ascii="맑은 고딕" w:hAnsi="맑은 고딕" w:eastAsia="맑은 고딕"/>
          <w:b w:val="0"/>
          <w:i w:val="0"/>
          <w:color w:val="1F2937"/>
          <w:sz w:val="16"/>
        </w:rPr>
        <w:t>직접 경험하거나 당시 기록으로 확인한 사실만 작성하십시오. 공단 공식서식이 아니며 빈칸 서명·사후 날짜 변경을 하지 않습니다.</w:t>
      </w: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E4C46A"/>
          <w:left w:val="single" w:sz="5" w:space="0" w:color="E4C46A"/>
          <w:bottom w:val="single" w:sz="5" w:space="0" w:color="E4C46A"/>
          <w:right w:val="single" w:sz="5" w:space="0" w:color="E4C46A"/>
          <w:insideH w:val="single" w:sz="5" w:space="0" w:color="E4C46A"/>
          <w:insideV w:val="single" w:sz="5" w:space="0" w:color="E4C46A"/>
        </w:tblBorders>
      </w:tblPr>
      <w:tblGrid>
        <w:gridCol w:w="10205"/>
      </w:tblGrid>
      <w:tr>
        <w:tc>
          <w:tcPr>
            <w:tcW w:type="dxa" w:w="1020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FFF1D6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/>
                <w:i w:val="0"/>
                <w:color w:val="1F2937"/>
                <w:sz w:val="17"/>
              </w:rPr>
              <w:t>작성 전 확인  □ 공문 요구항목 확인  □ 개인정보 최소화  □ 기존 원자료와 대조  □ 확인 불가 사항 표시</w:t>
            </w:r>
          </w:p>
        </w:tc>
      </w:tr>
    </w:tbl>
    <w:p>
      <w:pPr>
        <w:spacing w:after="20"/>
      </w:pPr>
    </w:p>
    <w:p>
      <w:pPr>
        <w:keepNext/>
        <w:spacing w:before="60" w:after="60" w:line="276" w:lineRule="auto"/>
        <w:jc w:val="left"/>
      </w:pPr>
      <w:r>
        <w:rPr>
          <w:rFonts w:ascii="맑은 고딕" w:hAnsi="맑은 고딕" w:eastAsia="맑은 고딕"/>
          <w:b/>
          <w:i w:val="0"/>
          <w:color w:val="19345C"/>
          <w:sz w:val="23"/>
        </w:rPr>
        <w:t>1. 사건·사업장 정보</w:t>
      </w: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9CED6"/>
          <w:left w:val="single" w:sz="6" w:space="0" w:color="C9CED6"/>
          <w:bottom w:val="single" w:sz="6" w:space="0" w:color="C9CED6"/>
          <w:right w:val="single" w:sz="6" w:space="0" w:color="C9CED6"/>
          <w:insideH w:val="single" w:sz="6" w:space="0" w:color="C9CED6"/>
          <w:insideV w:val="single" w:sz="6" w:space="0" w:color="C9CED6"/>
        </w:tblBorders>
      </w:tblPr>
      <w:tblGrid>
        <w:gridCol w:w="2150"/>
        <w:gridCol w:w="8055"/>
      </w:tblGrid>
      <w:tr>
        <w:trPr>
          <w:trHeight w:val="360" w:hRule="atLeast"/>
        </w:trPr>
        <w:tc>
          <w:tcPr>
            <w:tcW w:type="dxa" w:w="21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회사명</w:t>
            </w:r>
          </w:p>
        </w:tc>
        <w:tc>
          <w:tcPr>
            <w:tcW w:type="dxa" w:w="80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  <w:tr>
        <w:trPr>
          <w:trHeight w:val="360" w:hRule="atLeast"/>
        </w:trPr>
        <w:tc>
          <w:tcPr>
            <w:tcW w:type="dxa" w:w="21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현장명</w:t>
            </w:r>
          </w:p>
        </w:tc>
        <w:tc>
          <w:tcPr>
            <w:tcW w:type="dxa" w:w="80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  <w:tr>
        <w:trPr>
          <w:trHeight w:val="360" w:hRule="atLeast"/>
        </w:trPr>
        <w:tc>
          <w:tcPr>
            <w:tcW w:type="dxa" w:w="21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사업장관리번호</w:t>
            </w:r>
          </w:p>
        </w:tc>
        <w:tc>
          <w:tcPr>
            <w:tcW w:type="dxa" w:w="80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  <w:tr>
        <w:trPr>
          <w:trHeight w:val="360" w:hRule="atLeast"/>
        </w:trPr>
        <w:tc>
          <w:tcPr>
            <w:tcW w:type="dxa" w:w="21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공문·사건명</w:t>
            </w:r>
          </w:p>
        </w:tc>
        <w:tc>
          <w:tcPr>
            <w:tcW w:type="dxa" w:w="80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</w:tbl>
    <w:p>
      <w:pPr>
        <w:keepNext/>
        <w:spacing w:before="60" w:after="60" w:line="276" w:lineRule="auto"/>
        <w:jc w:val="left"/>
      </w:pPr>
      <w:r>
        <w:rPr>
          <w:rFonts w:ascii="맑은 고딕" w:hAnsi="맑은 고딕" w:eastAsia="맑은 고딕"/>
          <w:b/>
          <w:i w:val="0"/>
          <w:color w:val="19345C"/>
          <w:sz w:val="23"/>
        </w:rPr>
        <w:t>2. 확인자 정보</w:t>
      </w: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9CED6"/>
          <w:left w:val="single" w:sz="6" w:space="0" w:color="C9CED6"/>
          <w:bottom w:val="single" w:sz="6" w:space="0" w:color="C9CED6"/>
          <w:right w:val="single" w:sz="6" w:space="0" w:color="C9CED6"/>
          <w:insideH w:val="single" w:sz="6" w:space="0" w:color="C9CED6"/>
          <w:insideV w:val="single" w:sz="6" w:space="0" w:color="C9CED6"/>
        </w:tblBorders>
      </w:tblPr>
      <w:tblGrid>
        <w:gridCol w:w="2150"/>
        <w:gridCol w:w="8055"/>
      </w:tblGrid>
      <w:tr>
        <w:trPr>
          <w:trHeight w:val="360" w:hRule="atLeast"/>
        </w:trPr>
        <w:tc>
          <w:tcPr>
            <w:tcW w:type="dxa" w:w="21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성명</w:t>
            </w:r>
          </w:p>
        </w:tc>
        <w:tc>
          <w:tcPr>
            <w:tcW w:type="dxa" w:w="80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  <w:tr>
        <w:trPr>
          <w:trHeight w:val="360" w:hRule="atLeast"/>
        </w:trPr>
        <w:tc>
          <w:tcPr>
            <w:tcW w:type="dxa" w:w="21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생년월일 또는 사번</w:t>
            </w:r>
          </w:p>
        </w:tc>
        <w:tc>
          <w:tcPr>
            <w:tcW w:type="dxa" w:w="80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  <w:t>※ 근로자를 특정할 최소정보만 기재</w:t>
            </w:r>
          </w:p>
        </w:tc>
      </w:tr>
      <w:tr>
        <w:trPr>
          <w:trHeight w:val="360" w:hRule="atLeast"/>
        </w:trPr>
        <w:tc>
          <w:tcPr>
            <w:tcW w:type="dxa" w:w="21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연락처</w:t>
            </w:r>
          </w:p>
        </w:tc>
        <w:tc>
          <w:tcPr>
            <w:tcW w:type="dxa" w:w="80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  <w:t>※ 필요한 경우에만 기재</w:t>
            </w:r>
          </w:p>
        </w:tc>
      </w:tr>
    </w:tbl>
    <w:p>
      <w:pPr>
        <w:keepNext/>
        <w:spacing w:before="60" w:after="60" w:line="276" w:lineRule="auto"/>
        <w:jc w:val="left"/>
      </w:pPr>
      <w:r>
        <w:rPr>
          <w:rFonts w:ascii="맑은 고딕" w:hAnsi="맑은 고딕" w:eastAsia="맑은 고딕"/>
          <w:b/>
          <w:i w:val="0"/>
          <w:color w:val="19345C"/>
          <w:sz w:val="23"/>
        </w:rPr>
        <w:t>3. 본인이 확인하는 근무 사실</w:t>
      </w: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9CED6"/>
          <w:left w:val="single" w:sz="6" w:space="0" w:color="C9CED6"/>
          <w:bottom w:val="single" w:sz="6" w:space="0" w:color="C9CED6"/>
          <w:right w:val="single" w:sz="6" w:space="0" w:color="C9CED6"/>
          <w:insideH w:val="single" w:sz="6" w:space="0" w:color="C9CED6"/>
          <w:insideV w:val="single" w:sz="6" w:space="0" w:color="C9CED6"/>
        </w:tblBorders>
      </w:tblPr>
      <w:tblGrid>
        <w:gridCol w:w="2400"/>
        <w:gridCol w:w="7805"/>
      </w:tblGrid>
      <w:tr>
        <w:trPr>
          <w:trHeight w:val="360" w:hRule="atLeast"/>
        </w:trPr>
        <w:tc>
          <w:tcPr>
            <w:tcW w:type="dxa" w:w="24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채용·연락한 회사·사람</w:t>
            </w:r>
          </w:p>
        </w:tc>
        <w:tc>
          <w:tcPr>
            <w:tcW w:type="dxa" w:w="780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  <w:tr>
        <w:trPr>
          <w:trHeight w:val="360" w:hRule="atLeast"/>
        </w:trPr>
        <w:tc>
          <w:tcPr>
            <w:tcW w:type="dxa" w:w="24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실제 근무기간</w:t>
            </w:r>
          </w:p>
        </w:tc>
        <w:tc>
          <w:tcPr>
            <w:tcW w:type="dxa" w:w="780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  <w:t xml:space="preserve">        년     월     일  ~         년     월     일</w:t>
            </w:r>
          </w:p>
        </w:tc>
      </w:tr>
      <w:tr>
        <w:trPr>
          <w:trHeight w:val="360" w:hRule="atLeast"/>
        </w:trPr>
        <w:tc>
          <w:tcPr>
            <w:tcW w:type="dxa" w:w="24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현장·작업구역·공정</w:t>
            </w:r>
          </w:p>
        </w:tc>
        <w:tc>
          <w:tcPr>
            <w:tcW w:type="dxa" w:w="780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  <w:tr>
        <w:trPr>
          <w:trHeight w:val="360" w:hRule="atLeast"/>
        </w:trPr>
        <w:tc>
          <w:tcPr>
            <w:tcW w:type="dxa" w:w="24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업무·작업조·반장</w:t>
            </w:r>
          </w:p>
        </w:tc>
        <w:tc>
          <w:tcPr>
            <w:tcW w:type="dxa" w:w="780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  <w:tr>
        <w:trPr>
          <w:trHeight w:val="360" w:hRule="atLeast"/>
        </w:trPr>
        <w:tc>
          <w:tcPr>
            <w:tcW w:type="dxa" w:w="24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월별 근로일수</w:t>
            </w:r>
          </w:p>
        </w:tc>
        <w:tc>
          <w:tcPr>
            <w:tcW w:type="dxa" w:w="780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  <w:tr>
        <w:trPr>
          <w:trHeight w:val="360" w:hRule="atLeast"/>
        </w:trPr>
        <w:tc>
          <w:tcPr>
            <w:tcW w:type="dxa" w:w="24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일당·수당·지급일·방법</w:t>
            </w:r>
          </w:p>
        </w:tc>
        <w:tc>
          <w:tcPr>
            <w:tcW w:type="dxa" w:w="780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</w:tbl>
    <w:p>
      <w:pPr>
        <w:keepNext/>
        <w:spacing w:before="60" w:after="60" w:line="276" w:lineRule="auto"/>
        <w:jc w:val="left"/>
      </w:pPr>
      <w:r>
        <w:rPr>
          <w:rFonts w:ascii="맑은 고딕" w:hAnsi="맑은 고딕" w:eastAsia="맑은 고딕"/>
          <w:b/>
          <w:i w:val="0"/>
          <w:color w:val="19345C"/>
          <w:sz w:val="23"/>
        </w:rPr>
        <w:t>4. 확인 경위와 구체적 사실</w:t>
      </w: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9CED6"/>
          <w:left w:val="single" w:sz="6" w:space="0" w:color="C9CED6"/>
          <w:bottom w:val="single" w:sz="6" w:space="0" w:color="C9CED6"/>
          <w:right w:val="single" w:sz="6" w:space="0" w:color="C9CED6"/>
          <w:insideH w:val="single" w:sz="6" w:space="0" w:color="C9CED6"/>
          <w:insideV w:val="single" w:sz="6" w:space="0" w:color="C9CED6"/>
        </w:tblBorders>
      </w:tblPr>
      <w:tblGrid>
        <w:gridCol w:w="2400"/>
        <w:gridCol w:w="7805"/>
      </w:tblGrid>
      <w:tr>
        <w:trPr>
          <w:trHeight w:val="360" w:hRule="atLeast"/>
        </w:trPr>
        <w:tc>
          <w:tcPr>
            <w:tcW w:type="dxa" w:w="24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확인 경위</w:t>
            </w:r>
          </w:p>
        </w:tc>
        <w:tc>
          <w:tcPr>
            <w:tcW w:type="dxa" w:w="780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  <w:t>□ 직접 경험  □ 당시 기록 확인  □ 전해 들음  □ 확인 불가</w:t>
            </w:r>
          </w:p>
        </w:tc>
      </w:tr>
      <w:tr>
        <w:trPr>
          <w:trHeight w:val="360" w:hRule="atLeast"/>
        </w:trPr>
        <w:tc>
          <w:tcPr>
            <w:tcW w:type="dxa" w:w="24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구체적 사실</w:t>
            </w:r>
          </w:p>
        </w:tc>
        <w:tc>
          <w:tcPr>
            <w:tcW w:type="dxa" w:w="780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  <w:br/>
              <w:br/>
            </w:r>
          </w:p>
        </w:tc>
      </w:tr>
      <w:tr>
        <w:trPr>
          <w:trHeight w:val="360" w:hRule="atLeast"/>
        </w:trPr>
        <w:tc>
          <w:tcPr>
            <w:tcW w:type="dxa" w:w="24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확인하지 못한 부분</w:t>
            </w:r>
          </w:p>
        </w:tc>
        <w:tc>
          <w:tcPr>
            <w:tcW w:type="dxa" w:w="780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</w:tbl>
    <w:p>
      <w:pPr>
        <w:keepNext/>
        <w:spacing w:before="60" w:after="60" w:line="276" w:lineRule="auto"/>
        <w:jc w:val="left"/>
      </w:pPr>
      <w:r>
        <w:rPr>
          <w:rFonts w:ascii="맑은 고딕" w:hAnsi="맑은 고딕" w:eastAsia="맑은 고딕"/>
          <w:b/>
          <w:i w:val="0"/>
          <w:color w:val="19345C"/>
          <w:sz w:val="23"/>
        </w:rPr>
        <w:t>5. 함께 제출할 자료</w:t>
      </w: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9CED6"/>
          <w:left w:val="single" w:sz="6" w:space="0" w:color="C9CED6"/>
          <w:bottom w:val="single" w:sz="6" w:space="0" w:color="C9CED6"/>
          <w:right w:val="single" w:sz="6" w:space="0" w:color="C9CED6"/>
          <w:insideH w:val="single" w:sz="6" w:space="0" w:color="C9CED6"/>
          <w:insideV w:val="single" w:sz="6" w:space="0" w:color="C9CED6"/>
        </w:tblBorders>
      </w:tblPr>
      <w:tblGrid>
        <w:gridCol w:w="1100"/>
        <w:gridCol w:w="3550"/>
        <w:gridCol w:w="5555"/>
      </w:tblGrid>
      <w:tr>
        <w:trPr>
          <w:tblHeader w:val="true"/>
        </w:trPr>
        <w:tc>
          <w:tcPr>
            <w:tcW w:type="dxa" w:w="11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345B4A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6"/>
              </w:rPr>
              <w:t>번호</w:t>
            </w:r>
          </w:p>
        </w:tc>
        <w:tc>
          <w:tcPr>
            <w:tcW w:type="dxa" w:w="35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345B4A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6"/>
              </w:rPr>
              <w:t>자료명·파일명</w:t>
            </w:r>
          </w:p>
        </w:tc>
        <w:tc>
          <w:tcPr>
            <w:tcW w:type="dxa" w:w="55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345B4A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6"/>
              </w:rPr>
              <w:t>이 자료가 확인하는 사실</w:t>
            </w:r>
          </w:p>
        </w:tc>
      </w:tr>
      <w:tr>
        <w:trPr>
          <w:trHeight w:val="380" w:hRule="atLeast"/>
        </w:trPr>
        <w:tc>
          <w:tcPr>
            <w:tcW w:type="dxa" w:w="11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  <w:t>1</w:t>
            </w:r>
          </w:p>
        </w:tc>
        <w:tc>
          <w:tcPr>
            <w:tcW w:type="dxa" w:w="35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  <w:tc>
          <w:tcPr>
            <w:tcW w:type="dxa" w:w="55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  <w:tr>
        <w:trPr>
          <w:trHeight w:val="380" w:hRule="atLeast"/>
        </w:trPr>
        <w:tc>
          <w:tcPr>
            <w:tcW w:type="dxa" w:w="11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  <w:t>2</w:t>
            </w:r>
          </w:p>
        </w:tc>
        <w:tc>
          <w:tcPr>
            <w:tcW w:type="dxa" w:w="35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  <w:tc>
          <w:tcPr>
            <w:tcW w:type="dxa" w:w="55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  <w:tr>
        <w:trPr>
          <w:trHeight w:val="380" w:hRule="atLeast"/>
        </w:trPr>
        <w:tc>
          <w:tcPr>
            <w:tcW w:type="dxa" w:w="11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  <w:t>3</w:t>
            </w:r>
          </w:p>
        </w:tc>
        <w:tc>
          <w:tcPr>
            <w:tcW w:type="dxa" w:w="35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  <w:tc>
          <w:tcPr>
            <w:tcW w:type="dxa" w:w="55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</w:tbl>
    <w:p>
      <w:pPr>
        <w:spacing w:before="40" w:after="60" w:line="276" w:lineRule="auto"/>
        <w:jc w:val="left"/>
      </w:pPr>
      <w:r>
        <w:rPr>
          <w:rFonts w:ascii="맑은 고딕" w:hAnsi="맑은 고딕" w:eastAsia="맑은 고딕"/>
          <w:b w:val="0"/>
          <w:i w:val="0"/>
          <w:color w:val="6B7280"/>
          <w:sz w:val="15"/>
        </w:rPr>
        <w:t>개인정보 안내: 전체 주민등록번호·계좌번호 등 목적에 불필요한 정보는 기재하거나 첨부하지 마십시오.</w:t>
      </w: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AAB2BD"/>
          <w:left w:val="single" w:sz="6" w:space="0" w:color="AAB2BD"/>
          <w:bottom w:val="single" w:sz="6" w:space="0" w:color="AAB2BD"/>
          <w:right w:val="single" w:sz="6" w:space="0" w:color="AAB2BD"/>
          <w:insideH w:val="single" w:sz="6" w:space="0" w:color="AAB2BD"/>
          <w:insideV w:val="single" w:sz="6" w:space="0" w:color="AAB2BD"/>
        </w:tblBorders>
      </w:tblPr>
      <w:tblGrid>
        <w:gridCol w:w="10205"/>
      </w:tblGrid>
      <w:tr>
        <w:tc>
          <w:tcPr>
            <w:tcW w:type="dxa" w:w="1020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F7F3EA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  <w:r>
              <w:rPr>
                <w:rFonts w:ascii="맑은 고딕" w:hAnsi="맑은 고딕" w:eastAsia="맑은 고딕"/>
                <w:b/>
                <w:i w:val="0"/>
                <w:color w:val="1F2937"/>
                <w:sz w:val="17"/>
              </w:rPr>
              <w:t>본인은 위 내용이 본인이 직접 경험하거나 당시 기록으로 확인한 사실임을 확인합니다. 확인하지 못한 내용은 추정해 작성하지 않았으며, 작성의 내용을 읽고 자필로 서명합니다.</w:t>
            </w:r>
          </w:p>
          <w:p>
            <w:pPr>
              <w:spacing w:before="100" w:after="0"/>
              <w:jc w:val="right"/>
            </w:pPr>
            <w:r>
              <w:rPr>
                <w:rFonts w:ascii="맑은 고딕" w:hAnsi="맑은 고딕" w:eastAsia="맑은 고딕"/>
                <w:b/>
                <w:i w:val="0"/>
                <w:color w:val="1F2937"/>
                <w:sz w:val="18"/>
              </w:rPr>
              <w:t>작성일:        년     월     일      작성자:                         (서명 또는 인)</w:t>
            </w:r>
          </w:p>
        </w:tc>
      </w:tr>
    </w:tbl>
    <w:p>
      <w:r>
        <w:br w:type="page"/>
      </w:r>
    </w:p>
    <w:p>
      <w:pPr>
        <w:spacing w:before="0" w:after="20" w:line="276" w:lineRule="auto"/>
        <w:jc w:val="left"/>
      </w:pPr>
      <w:r>
        <w:rPr>
          <w:rFonts w:ascii="맑은 고딕" w:hAnsi="맑은 고딕" w:eastAsia="맑은 고딕"/>
          <w:b/>
          <w:i w:val="0"/>
          <w:color w:val="345B4A"/>
          <w:sz w:val="17"/>
        </w:rPr>
        <w:t>건강보험 지도점검 참고서식 · 현장소장·관리자용</w:t>
      </w:r>
    </w:p>
    <w:p>
      <w:pPr>
        <w:spacing w:before="0" w:after="60" w:line="276" w:lineRule="auto"/>
        <w:jc w:val="left"/>
      </w:pPr>
      <w:r>
        <w:rPr>
          <w:rFonts w:ascii="맑은 고딕" w:hAnsi="맑은 고딕" w:eastAsia="맑은 고딕"/>
          <w:b/>
          <w:i w:val="0"/>
          <w:color w:val="19345C"/>
          <w:sz w:val="44"/>
        </w:rPr>
        <w:t>현장소장 사실확인서</w:t>
      </w:r>
    </w:p>
    <w:p>
      <w:pPr>
        <w:spacing w:before="0" w:after="120" w:line="276" w:lineRule="auto"/>
        <w:jc w:val="left"/>
      </w:pPr>
      <w:r>
        <w:rPr>
          <w:rFonts w:ascii="맑은 고딕" w:hAnsi="맑은 고딕" w:eastAsia="맑은 고딕"/>
          <w:b w:val="0"/>
          <w:i w:val="0"/>
          <w:color w:val="1F2937"/>
          <w:sz w:val="16"/>
        </w:rPr>
        <w:t>직접 경험하거나 당시 기록으로 확인한 사실만 작성하십시오. 공단 공식서식이 아니며 빈칸 서명·사후 날짜 변경을 하지 않습니다.</w:t>
      </w: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E4C46A"/>
          <w:left w:val="single" w:sz="5" w:space="0" w:color="E4C46A"/>
          <w:bottom w:val="single" w:sz="5" w:space="0" w:color="E4C46A"/>
          <w:right w:val="single" w:sz="5" w:space="0" w:color="E4C46A"/>
          <w:insideH w:val="single" w:sz="5" w:space="0" w:color="E4C46A"/>
          <w:insideV w:val="single" w:sz="5" w:space="0" w:color="E4C46A"/>
        </w:tblBorders>
      </w:tblPr>
      <w:tblGrid>
        <w:gridCol w:w="10205"/>
      </w:tblGrid>
      <w:tr>
        <w:tc>
          <w:tcPr>
            <w:tcW w:type="dxa" w:w="1020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FFF1D6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/>
                <w:i w:val="0"/>
                <w:color w:val="1F2937"/>
                <w:sz w:val="17"/>
              </w:rPr>
              <w:t>작성 전 확인  □ 공문 요구항목 확인  □ 개인정보 최소화  □ 기존 원자료와 대조  □ 확인 불가 사항 표시</w:t>
            </w:r>
          </w:p>
        </w:tc>
      </w:tr>
    </w:tbl>
    <w:p>
      <w:pPr>
        <w:spacing w:after="20"/>
      </w:pPr>
    </w:p>
    <w:p>
      <w:pPr>
        <w:keepNext/>
        <w:spacing w:before="60" w:after="60" w:line="276" w:lineRule="auto"/>
        <w:jc w:val="left"/>
      </w:pPr>
      <w:r>
        <w:rPr>
          <w:rFonts w:ascii="맑은 고딕" w:hAnsi="맑은 고딕" w:eastAsia="맑은 고딕"/>
          <w:b/>
          <w:i w:val="0"/>
          <w:color w:val="19345C"/>
          <w:sz w:val="23"/>
        </w:rPr>
        <w:t>1. 사건·사업장 정보</w:t>
      </w: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9CED6"/>
          <w:left w:val="single" w:sz="6" w:space="0" w:color="C9CED6"/>
          <w:bottom w:val="single" w:sz="6" w:space="0" w:color="C9CED6"/>
          <w:right w:val="single" w:sz="6" w:space="0" w:color="C9CED6"/>
          <w:insideH w:val="single" w:sz="6" w:space="0" w:color="C9CED6"/>
          <w:insideV w:val="single" w:sz="6" w:space="0" w:color="C9CED6"/>
        </w:tblBorders>
      </w:tblPr>
      <w:tblGrid>
        <w:gridCol w:w="2150"/>
        <w:gridCol w:w="8055"/>
      </w:tblGrid>
      <w:tr>
        <w:trPr>
          <w:trHeight w:val="360" w:hRule="atLeast"/>
        </w:trPr>
        <w:tc>
          <w:tcPr>
            <w:tcW w:type="dxa" w:w="21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회사명</w:t>
            </w:r>
          </w:p>
        </w:tc>
        <w:tc>
          <w:tcPr>
            <w:tcW w:type="dxa" w:w="80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  <w:tr>
        <w:trPr>
          <w:trHeight w:val="360" w:hRule="atLeast"/>
        </w:trPr>
        <w:tc>
          <w:tcPr>
            <w:tcW w:type="dxa" w:w="21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현장명</w:t>
            </w:r>
          </w:p>
        </w:tc>
        <w:tc>
          <w:tcPr>
            <w:tcW w:type="dxa" w:w="80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  <w:tr>
        <w:trPr>
          <w:trHeight w:val="360" w:hRule="atLeast"/>
        </w:trPr>
        <w:tc>
          <w:tcPr>
            <w:tcW w:type="dxa" w:w="21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사업장관리번호</w:t>
            </w:r>
          </w:p>
        </w:tc>
        <w:tc>
          <w:tcPr>
            <w:tcW w:type="dxa" w:w="80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  <w:tr>
        <w:trPr>
          <w:trHeight w:val="360" w:hRule="atLeast"/>
        </w:trPr>
        <w:tc>
          <w:tcPr>
            <w:tcW w:type="dxa" w:w="21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공문·사건명</w:t>
            </w:r>
          </w:p>
        </w:tc>
        <w:tc>
          <w:tcPr>
            <w:tcW w:type="dxa" w:w="80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</w:tbl>
    <w:p>
      <w:pPr>
        <w:keepNext/>
        <w:spacing w:before="60" w:after="60" w:line="276" w:lineRule="auto"/>
        <w:jc w:val="left"/>
      </w:pPr>
      <w:r>
        <w:rPr>
          <w:rFonts w:ascii="맑은 고딕" w:hAnsi="맑은 고딕" w:eastAsia="맑은 고딕"/>
          <w:b/>
          <w:i w:val="0"/>
          <w:color w:val="19345C"/>
          <w:sz w:val="23"/>
        </w:rPr>
        <w:t>2. 확인자와 당시 관리 범위</w:t>
      </w: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9CED6"/>
          <w:left w:val="single" w:sz="6" w:space="0" w:color="C9CED6"/>
          <w:bottom w:val="single" w:sz="6" w:space="0" w:color="C9CED6"/>
          <w:right w:val="single" w:sz="6" w:space="0" w:color="C9CED6"/>
          <w:insideH w:val="single" w:sz="6" w:space="0" w:color="C9CED6"/>
          <w:insideV w:val="single" w:sz="6" w:space="0" w:color="C9CED6"/>
        </w:tblBorders>
      </w:tblPr>
      <w:tblGrid>
        <w:gridCol w:w="2150"/>
        <w:gridCol w:w="8055"/>
      </w:tblGrid>
      <w:tr>
        <w:trPr>
          <w:trHeight w:val="360" w:hRule="atLeast"/>
        </w:trPr>
        <w:tc>
          <w:tcPr>
            <w:tcW w:type="dxa" w:w="21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성명·당시 직위</w:t>
            </w:r>
          </w:p>
        </w:tc>
        <w:tc>
          <w:tcPr>
            <w:tcW w:type="dxa" w:w="80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  <w:tr>
        <w:trPr>
          <w:trHeight w:val="360" w:hRule="atLeast"/>
        </w:trPr>
        <w:tc>
          <w:tcPr>
            <w:tcW w:type="dxa" w:w="21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현장 근무기간</w:t>
            </w:r>
          </w:p>
        </w:tc>
        <w:tc>
          <w:tcPr>
            <w:tcW w:type="dxa" w:w="80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  <w:t xml:space="preserve">        년     월     일  ~         년     월     일</w:t>
            </w:r>
          </w:p>
        </w:tc>
      </w:tr>
      <w:tr>
        <w:trPr>
          <w:trHeight w:val="360" w:hRule="atLeast"/>
        </w:trPr>
        <w:tc>
          <w:tcPr>
            <w:tcW w:type="dxa" w:w="21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담당 공정·구역·작업조</w:t>
            </w:r>
          </w:p>
        </w:tc>
        <w:tc>
          <w:tcPr>
            <w:tcW w:type="dxa" w:w="80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  <w:tr>
        <w:trPr>
          <w:trHeight w:val="360" w:hRule="atLeast"/>
        </w:trPr>
        <w:tc>
          <w:tcPr>
            <w:tcW w:type="dxa" w:w="21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연락처</w:t>
            </w:r>
          </w:p>
        </w:tc>
        <w:tc>
          <w:tcPr>
            <w:tcW w:type="dxa" w:w="80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  <w:t>※ 필요한 경우에만 기재</w:t>
            </w:r>
          </w:p>
        </w:tc>
      </w:tr>
    </w:tbl>
    <w:p>
      <w:pPr>
        <w:keepNext/>
        <w:spacing w:before="60" w:after="60" w:line="276" w:lineRule="auto"/>
        <w:jc w:val="left"/>
      </w:pPr>
      <w:r>
        <w:rPr>
          <w:rFonts w:ascii="맑은 고딕" w:hAnsi="맑은 고딕" w:eastAsia="맑은 고딕"/>
          <w:b/>
          <w:i w:val="0"/>
          <w:color w:val="19345C"/>
          <w:sz w:val="23"/>
        </w:rPr>
        <w:t>3. 확인 대상 근로자와 기간</w:t>
      </w: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9CED6"/>
          <w:left w:val="single" w:sz="6" w:space="0" w:color="C9CED6"/>
          <w:bottom w:val="single" w:sz="6" w:space="0" w:color="C9CED6"/>
          <w:right w:val="single" w:sz="6" w:space="0" w:color="C9CED6"/>
          <w:insideH w:val="single" w:sz="6" w:space="0" w:color="C9CED6"/>
          <w:insideV w:val="single" w:sz="6" w:space="0" w:color="C9CED6"/>
        </w:tblBorders>
      </w:tblPr>
      <w:tblGrid>
        <w:gridCol w:w="2150"/>
        <w:gridCol w:w="8055"/>
      </w:tblGrid>
      <w:tr>
        <w:trPr>
          <w:trHeight w:val="360" w:hRule="atLeast"/>
        </w:trPr>
        <w:tc>
          <w:tcPr>
            <w:tcW w:type="dxa" w:w="21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근로자 성명·식별정보</w:t>
            </w:r>
          </w:p>
        </w:tc>
        <w:tc>
          <w:tcPr>
            <w:tcW w:type="dxa" w:w="80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  <w:tr>
        <w:trPr>
          <w:trHeight w:val="360" w:hRule="atLeast"/>
        </w:trPr>
        <w:tc>
          <w:tcPr>
            <w:tcW w:type="dxa" w:w="21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확인 대상기간</w:t>
            </w:r>
          </w:p>
        </w:tc>
        <w:tc>
          <w:tcPr>
            <w:tcW w:type="dxa" w:w="80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  <w:t xml:space="preserve">        년     월     일  ~         년     월     일</w:t>
            </w:r>
          </w:p>
        </w:tc>
      </w:tr>
      <w:tr>
        <w:trPr>
          <w:trHeight w:val="360" w:hRule="atLeast"/>
        </w:trPr>
        <w:tc>
          <w:tcPr>
            <w:tcW w:type="dxa" w:w="21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실제 업무·작업구역</w:t>
            </w:r>
          </w:p>
        </w:tc>
        <w:tc>
          <w:tcPr>
            <w:tcW w:type="dxa" w:w="80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  <w:tr>
        <w:trPr>
          <w:trHeight w:val="360" w:hRule="atLeast"/>
        </w:trPr>
        <w:tc>
          <w:tcPr>
            <w:tcW w:type="dxa" w:w="21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작업지시·관리 관계</w:t>
            </w:r>
          </w:p>
        </w:tc>
        <w:tc>
          <w:tcPr>
            <w:tcW w:type="dxa" w:w="80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</w:tbl>
    <w:p>
      <w:pPr>
        <w:keepNext/>
        <w:spacing w:before="60" w:after="60" w:line="276" w:lineRule="auto"/>
        <w:jc w:val="left"/>
      </w:pPr>
      <w:r>
        <w:rPr>
          <w:rFonts w:ascii="맑은 고딕" w:hAnsi="맑은 고딕" w:eastAsia="맑은 고딕"/>
          <w:b/>
          <w:i w:val="0"/>
          <w:color w:val="19345C"/>
          <w:sz w:val="23"/>
        </w:rPr>
        <w:t>4. 확인한 사실과 기록 관리 경위</w:t>
      </w: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9CED6"/>
          <w:left w:val="single" w:sz="6" w:space="0" w:color="C9CED6"/>
          <w:bottom w:val="single" w:sz="6" w:space="0" w:color="C9CED6"/>
          <w:right w:val="single" w:sz="6" w:space="0" w:color="C9CED6"/>
          <w:insideH w:val="single" w:sz="6" w:space="0" w:color="C9CED6"/>
          <w:insideV w:val="single" w:sz="6" w:space="0" w:color="C9CED6"/>
        </w:tblBorders>
      </w:tblPr>
      <w:tblGrid>
        <w:gridCol w:w="2600"/>
        <w:gridCol w:w="7605"/>
      </w:tblGrid>
      <w:tr>
        <w:trPr>
          <w:trHeight w:val="360" w:hRule="atLeast"/>
        </w:trPr>
        <w:tc>
          <w:tcPr>
            <w:tcW w:type="dxa" w:w="26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직접 확인한 사실</w:t>
            </w:r>
          </w:p>
        </w:tc>
        <w:tc>
          <w:tcPr>
            <w:tcW w:type="dxa" w:w="760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  <w:br/>
            </w:r>
          </w:p>
        </w:tc>
      </w:tr>
      <w:tr>
        <w:trPr>
          <w:trHeight w:val="360" w:hRule="atLeast"/>
        </w:trPr>
        <w:tc>
          <w:tcPr>
            <w:tcW w:type="dxa" w:w="26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기록으로 확인한 사실</w:t>
            </w:r>
          </w:p>
        </w:tc>
        <w:tc>
          <w:tcPr>
            <w:tcW w:type="dxa" w:w="760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  <w:br/>
            </w:r>
          </w:p>
        </w:tc>
      </w:tr>
      <w:tr>
        <w:trPr>
          <w:trHeight w:val="360" w:hRule="atLeast"/>
        </w:trPr>
        <w:tc>
          <w:tcPr>
            <w:tcW w:type="dxa" w:w="26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출역·작업기록 관리방식</w:t>
            </w:r>
          </w:p>
        </w:tc>
        <w:tc>
          <w:tcPr>
            <w:tcW w:type="dxa" w:w="760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  <w:tr>
        <w:trPr>
          <w:trHeight w:val="360" w:hRule="atLeast"/>
        </w:trPr>
        <w:tc>
          <w:tcPr>
            <w:tcW w:type="dxa" w:w="26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기록 누락 사유</w:t>
            </w:r>
          </w:p>
        </w:tc>
        <w:tc>
          <w:tcPr>
            <w:tcW w:type="dxa" w:w="760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  <w:t>※ 실제로 알고 있는 경우에만 기재</w:t>
            </w:r>
          </w:p>
        </w:tc>
      </w:tr>
      <w:tr>
        <w:trPr>
          <w:trHeight w:val="360" w:hRule="atLeast"/>
        </w:trPr>
        <w:tc>
          <w:tcPr>
            <w:tcW w:type="dxa" w:w="26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E9EFF7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19345C"/>
                <w:sz w:val="17"/>
              </w:rPr>
              <w:t>확인하지 못한 부분</w:t>
            </w:r>
          </w:p>
        </w:tc>
        <w:tc>
          <w:tcPr>
            <w:tcW w:type="dxa" w:w="760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</w:tbl>
    <w:p>
      <w:pPr>
        <w:keepNext/>
        <w:spacing w:before="60" w:after="60" w:line="276" w:lineRule="auto"/>
        <w:jc w:val="left"/>
      </w:pPr>
      <w:r>
        <w:rPr>
          <w:rFonts w:ascii="맑은 고딕" w:hAnsi="맑은 고딕" w:eastAsia="맑은 고딕"/>
          <w:b/>
          <w:i w:val="0"/>
          <w:color w:val="19345C"/>
          <w:sz w:val="23"/>
        </w:rPr>
        <w:t>5. 함께 제출할 자료</w:t>
      </w: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9CED6"/>
          <w:left w:val="single" w:sz="6" w:space="0" w:color="C9CED6"/>
          <w:bottom w:val="single" w:sz="6" w:space="0" w:color="C9CED6"/>
          <w:right w:val="single" w:sz="6" w:space="0" w:color="C9CED6"/>
          <w:insideH w:val="single" w:sz="6" w:space="0" w:color="C9CED6"/>
          <w:insideV w:val="single" w:sz="6" w:space="0" w:color="C9CED6"/>
        </w:tblBorders>
      </w:tblPr>
      <w:tblGrid>
        <w:gridCol w:w="1100"/>
        <w:gridCol w:w="3550"/>
        <w:gridCol w:w="5555"/>
      </w:tblGrid>
      <w:tr>
        <w:trPr>
          <w:tblHeader w:val="true"/>
        </w:trPr>
        <w:tc>
          <w:tcPr>
            <w:tcW w:type="dxa" w:w="11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345B4A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6"/>
              </w:rPr>
              <w:t>번호</w:t>
            </w:r>
          </w:p>
        </w:tc>
        <w:tc>
          <w:tcPr>
            <w:tcW w:type="dxa" w:w="35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345B4A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6"/>
              </w:rPr>
              <w:t>자료명·파일명</w:t>
            </w:r>
          </w:p>
        </w:tc>
        <w:tc>
          <w:tcPr>
            <w:tcW w:type="dxa" w:w="55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345B4A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6"/>
              </w:rPr>
              <w:t>이 자료가 확인하는 사실</w:t>
            </w:r>
          </w:p>
        </w:tc>
      </w:tr>
      <w:tr>
        <w:trPr>
          <w:trHeight w:val="380" w:hRule="atLeast"/>
        </w:trPr>
        <w:tc>
          <w:tcPr>
            <w:tcW w:type="dxa" w:w="11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  <w:t>1</w:t>
            </w:r>
          </w:p>
        </w:tc>
        <w:tc>
          <w:tcPr>
            <w:tcW w:type="dxa" w:w="35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  <w:tc>
          <w:tcPr>
            <w:tcW w:type="dxa" w:w="55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  <w:tr>
        <w:trPr>
          <w:trHeight w:val="380" w:hRule="atLeast"/>
        </w:trPr>
        <w:tc>
          <w:tcPr>
            <w:tcW w:type="dxa" w:w="11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  <w:t>2</w:t>
            </w:r>
          </w:p>
        </w:tc>
        <w:tc>
          <w:tcPr>
            <w:tcW w:type="dxa" w:w="35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  <w:tc>
          <w:tcPr>
            <w:tcW w:type="dxa" w:w="55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  <w:tr>
        <w:trPr>
          <w:trHeight w:val="380" w:hRule="atLeast"/>
        </w:trPr>
        <w:tc>
          <w:tcPr>
            <w:tcW w:type="dxa" w:w="11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  <w:t>3</w:t>
            </w:r>
          </w:p>
        </w:tc>
        <w:tc>
          <w:tcPr>
            <w:tcW w:type="dxa" w:w="355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  <w:tc>
          <w:tcPr>
            <w:tcW w:type="dxa" w:w="555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</w:p>
        </w:tc>
      </w:tr>
    </w:tbl>
    <w:p>
      <w:pPr>
        <w:spacing w:before="40" w:after="60" w:line="276" w:lineRule="auto"/>
        <w:jc w:val="left"/>
      </w:pPr>
      <w:r>
        <w:rPr>
          <w:rFonts w:ascii="맑은 고딕" w:hAnsi="맑은 고딕" w:eastAsia="맑은 고딕"/>
          <w:b w:val="0"/>
          <w:i w:val="0"/>
          <w:color w:val="6B7280"/>
          <w:sz w:val="15"/>
        </w:rPr>
        <w:t>작성 범위 안내: 급여·채용을 직접 담당하지 않았다면 추정해 쓰지 말고, 본인이 관리한 기간·공정·기록 범위만 확인하십시오.</w:t>
      </w: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AAB2BD"/>
          <w:left w:val="single" w:sz="6" w:space="0" w:color="AAB2BD"/>
          <w:bottom w:val="single" w:sz="6" w:space="0" w:color="AAB2BD"/>
          <w:right w:val="single" w:sz="6" w:space="0" w:color="AAB2BD"/>
          <w:insideH w:val="single" w:sz="6" w:space="0" w:color="AAB2BD"/>
          <w:insideV w:val="single" w:sz="6" w:space="0" w:color="AAB2BD"/>
        </w:tblBorders>
      </w:tblPr>
      <w:tblGrid>
        <w:gridCol w:w="10205"/>
      </w:tblGrid>
      <w:tr>
        <w:tc>
          <w:tcPr>
            <w:tcW w:type="dxa" w:w="1020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shd w:fill="F7F3EA"/>
          </w:tcPr>
          <w:p>
            <w:pPr>
              <w:spacing w:before="0" w:after="0" w:line="252" w:lineRule="auto"/>
              <w:jc w:val="left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7"/>
              </w:rPr>
            </w:r>
            <w:r>
              <w:rPr>
                <w:rFonts w:ascii="맑은 고딕" w:hAnsi="맑은 고딕" w:eastAsia="맑은 고딕"/>
                <w:b/>
                <w:i w:val="0"/>
                <w:color w:val="1F2937"/>
                <w:sz w:val="17"/>
              </w:rPr>
              <w:t>본인은 위 내용이 본인이 직접 경험하거나 당시 기록으로 확인한 사실임을 확인합니다. 확인하지 못한 내용은 추정해 작성하지 않았으며, 작성 범위와 확인자료의 내용을 읽고 자필로 서명합니다.</w:t>
            </w:r>
          </w:p>
          <w:p>
            <w:pPr>
              <w:spacing w:before="100" w:after="0"/>
              <w:jc w:val="right"/>
            </w:pPr>
            <w:r>
              <w:rPr>
                <w:rFonts w:ascii="맑은 고딕" w:hAnsi="맑은 고딕" w:eastAsia="맑은 고딕"/>
                <w:b/>
                <w:i w:val="0"/>
                <w:color w:val="1F2937"/>
                <w:sz w:val="18"/>
              </w:rPr>
              <w:t>작성일:        년     월     일      작성자:                         (서명 또는 인)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50" w:right="850" w:bottom="850" w:left="850" w:header="425" w:footer="42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맑은 고딕" w:hAnsi="맑은 고딕" w:eastAsia="맑은 고딕"/>
        <w:b w:val="0"/>
        <w:i w:val="0"/>
        <w:color w:val="6B7280"/>
        <w:sz w:val="16"/>
      </w:rPr>
      <w:t xml:space="preserve">도원 노무법인 | 건강보험 지도점검 내부 대조용 참고서식 | </w:t>
    </w:r>
    <w:r>
      <w:rPr>
        <w:rFonts w:ascii="맑은 고딕" w:hAnsi="맑은 고딕" w:eastAsia="맑은 고딕"/>
        <w:b w:val="0"/>
        <w:i w:val="0"/>
        <w:color w:val="6B7280"/>
        <w:sz w:val="16"/>
      </w:rPr>
      <w:fldChar w:fldCharType="begin"/>
      <w:instrText xml:space="preserve"> PAGE </w:instrText>
      <w:fldChar w:fldCharType="separate"/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맑은 고딕" w:hAnsi="맑은 고딕" w:eastAsia="맑은 고딕"/>
      <w:color w:val="1F2937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건강보험 지도점검 사실확인서 양식</dc:title>
  <dc:subject>근로자용 및 현장소장용 내부 대조 참고서식</dc:subject>
  <dc:creator>도원 노무법인</dc:creator>
  <cp:keywords>건강보험, 지도점검, 사실확인서, 건설업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